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54480" cy="1554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-Purpose-Living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sz w:val="32"/>
        </w:rPr>
        <w:t>NEW PURPOSE LIVING LLC</w:t>
        <w:br/>
        <w:t>Residential Sober Living Application &amp; Intake Packet</w:t>
      </w:r>
    </w:p>
    <w:p>
      <w:r>
        <w:t>PAGE 1 — APPLICATION</w:t>
      </w:r>
    </w:p>
    <w:p>
      <w:r>
        <w:rPr>
          <w:b/>
          <w:sz w:val="24"/>
        </w:rPr>
        <w:t>Applicant Information</w:t>
      </w:r>
    </w:p>
    <w:p>
      <w:r>
        <w:rPr>
          <w:b/>
        </w:rPr>
        <w:t xml:space="preserve">Full Name: </w:t>
      </w:r>
      <w:r>
        <w:t>______________________________________________</w:t>
      </w:r>
    </w:p>
    <w:p>
      <w:r>
        <w:rPr>
          <w:b/>
        </w:rPr>
        <w:t xml:space="preserve">Preferred Name: </w:t>
      </w:r>
      <w:r>
        <w:t>______________________________________________</w:t>
      </w:r>
    </w:p>
    <w:p>
      <w:r>
        <w:rPr>
          <w:b/>
        </w:rPr>
        <w:t xml:space="preserve">Phone Number: </w:t>
      </w:r>
      <w:r>
        <w:t>______________________________________________</w:t>
      </w:r>
    </w:p>
    <w:p>
      <w:r>
        <w:rPr>
          <w:b/>
        </w:rPr>
        <w:t xml:space="preserve">Email Address: </w:t>
      </w:r>
      <w:r>
        <w:t>______________________________________________</w:t>
      </w:r>
    </w:p>
    <w:p>
      <w:r>
        <w:rPr>
          <w:b/>
        </w:rPr>
        <w:t xml:space="preserve">Date of Birth: </w:t>
      </w:r>
      <w:r>
        <w:t>______________________________________________</w:t>
      </w:r>
    </w:p>
    <w:p>
      <w:r>
        <w:rPr>
          <w:b/>
        </w:rPr>
        <w:t xml:space="preserve">Current Address: </w:t>
      </w:r>
      <w:r>
        <w:t>______________________________________________</w:t>
      </w:r>
    </w:p>
    <w:p>
      <w:r>
        <w:rPr>
          <w:b/>
        </w:rPr>
        <w:t xml:space="preserve">City/State/Zip: </w:t>
      </w:r>
      <w:r>
        <w:t>______________________________________________</w:t>
      </w:r>
    </w:p>
    <w:p>
      <w:r>
        <w:rPr>
          <w:b/>
        </w:rPr>
        <w:t xml:space="preserve">How did you hear about us?: </w:t>
      </w:r>
      <w:r>
        <w:t>______________________________________________</w:t>
      </w:r>
    </w:p>
    <w:p>
      <w:r>
        <w:rPr>
          <w:b/>
          <w:sz w:val="24"/>
        </w:rPr>
        <w:t>Emergency Contact</w:t>
      </w:r>
    </w:p>
    <w:p>
      <w:r>
        <w:rPr>
          <w:b/>
        </w:rPr>
        <w:t xml:space="preserve">Name: </w:t>
      </w:r>
      <w:r>
        <w:t>______________________________________________</w:t>
      </w:r>
    </w:p>
    <w:p>
      <w:r>
        <w:rPr>
          <w:b/>
        </w:rPr>
        <w:t xml:space="preserve">Relationship: </w:t>
      </w:r>
      <w:r>
        <w:t>______________________________________________</w:t>
      </w:r>
    </w:p>
    <w:p>
      <w:r>
        <w:rPr>
          <w:b/>
        </w:rPr>
        <w:t xml:space="preserve">Phone Number: </w:t>
      </w:r>
      <w:r>
        <w:t>______________________________________________</w:t>
      </w:r>
    </w:p>
    <w:p>
      <w:r>
        <w:rPr>
          <w:b/>
        </w:rPr>
        <w:t xml:space="preserve">Alternate Phone: </w:t>
      </w:r>
      <w:r>
        <w:t>______________________________________________</w:t>
      </w:r>
    </w:p>
    <w:p>
      <w:r>
        <w:rPr>
          <w:b/>
          <w:sz w:val="24"/>
        </w:rPr>
        <w:t>Recovery Status</w:t>
      </w:r>
    </w:p>
    <w:p>
      <w:r>
        <w:rPr>
          <w:b/>
        </w:rPr>
        <w:t xml:space="preserve">Primary substance(s) used: </w:t>
      </w:r>
      <w:r>
        <w:t>______________________________________________</w:t>
      </w:r>
    </w:p>
    <w:p>
      <w:r>
        <w:rPr>
          <w:b/>
        </w:rPr>
        <w:t xml:space="preserve">Date of last use: </w:t>
      </w:r>
      <w:r>
        <w:t>______________________________________________</w:t>
      </w:r>
    </w:p>
    <w:p>
      <w:r>
        <w:rPr>
          <w:b/>
        </w:rPr>
        <w:t xml:space="preserve">Have you completed treatment before? If yes, where and when: </w:t>
      </w:r>
      <w:r>
        <w:t>______________________________________________</w:t>
      </w:r>
    </w:p>
    <w:p>
      <w:r>
        <w:rPr>
          <w:b/>
        </w:rPr>
        <w:t xml:space="preserve">Do you have a sponsor or recovery support person? If yes, name/contact: </w:t>
      </w:r>
      <w:r>
        <w:t>______________________________________________</w:t>
      </w:r>
    </w:p>
    <w:p>
      <w:r>
        <w:rPr>
          <w:b/>
        </w:rPr>
        <w:t xml:space="preserve">Have you completed detox? </w:t>
      </w:r>
      <w:r>
        <w:t>☐ Yes   ☐ No</w:t>
      </w:r>
    </w:p>
    <w:p>
      <w:r>
        <w:rPr>
          <w:b/>
          <w:sz w:val="24"/>
        </w:rPr>
        <w:t>Work and Income</w:t>
      </w:r>
    </w:p>
    <w:p>
      <w:r>
        <w:rPr>
          <w:b/>
        </w:rPr>
        <w:t xml:space="preserve">Are you currently employed? </w:t>
      </w:r>
      <w:r>
        <w:t>☐ Yes   ☐ No</w:t>
      </w:r>
    </w:p>
    <w:p>
      <w:r>
        <w:rPr>
          <w:b/>
        </w:rPr>
        <w:t xml:space="preserve">Employer: </w:t>
      </w:r>
      <w:r>
        <w:t>______________________________________________</w:t>
      </w:r>
    </w:p>
    <w:p>
      <w:r>
        <w:rPr>
          <w:b/>
        </w:rPr>
        <w:t xml:space="preserve">Monthly income: </w:t>
      </w:r>
      <w:r>
        <w:t>______________________________________________</w:t>
      </w:r>
    </w:p>
    <w:p>
      <w:r>
        <w:rPr>
          <w:b/>
        </w:rPr>
        <w:t xml:space="preserve">Do you have a source of income to pay housing fees?: </w:t>
      </w:r>
      <w:r>
        <w:t>______________________________________________</w:t>
      </w:r>
    </w:p>
    <w:p>
      <w:r>
        <w:rPr>
          <w:b/>
          <w:sz w:val="24"/>
        </w:rPr>
        <w:t>Legal Information</w:t>
      </w:r>
    </w:p>
    <w:p>
      <w:r>
        <w:rPr>
          <w:b/>
        </w:rPr>
        <w:t xml:space="preserve">Are you currently on probation or parole?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</w:rPr>
        <w:t xml:space="preserve">Do you have any upcoming court dates?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</w:rPr>
        <w:t xml:space="preserve">Are there any current charges or legal issues we should know about?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  <w:sz w:val="24"/>
        </w:rPr>
        <w:t>Medical and Mental Health</w:t>
      </w:r>
    </w:p>
    <w:p>
      <w:r>
        <w:rPr>
          <w:b/>
        </w:rPr>
        <w:t xml:space="preserve">Do you take any prescribed medication?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</w:rPr>
        <w:t xml:space="preserve">Are you on MAT?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</w:rPr>
        <w:t xml:space="preserve">Do you have any medical conditions we should know about?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</w:rPr>
        <w:t xml:space="preserve">Do you have any mental health diagnoses we should know about?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  <w:sz w:val="24"/>
        </w:rPr>
        <w:t>Tell Us About Yourself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rPr>
          <w:b/>
          <w:sz w:val="24"/>
        </w:rPr>
        <w:t>Why do you want to live here?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rPr>
          <w:b/>
          <w:sz w:val="24"/>
        </w:rPr>
        <w:t>Authorization and Signature</w:t>
      </w:r>
    </w:p>
    <w:p>
      <w:r>
        <w:t>I certify that the information provided is true and complete to the best of my knowledge. I understand that completion of this application does not guarantee acceptance.</w:t>
      </w:r>
    </w:p>
    <w:p>
      <w:r>
        <w:rPr>
          <w:b/>
        </w:rPr>
        <w:t xml:space="preserve">Applicant Signature: </w:t>
      </w:r>
      <w:r>
        <w:t>______________________________________________</w:t>
      </w:r>
    </w:p>
    <w:p>
      <w:r>
        <w:rPr>
          <w:b/>
        </w:rPr>
        <w:t xml:space="preserve">Printed Name: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p>
      <w:r>
        <w:br w:type="page"/>
      </w:r>
    </w:p>
    <w:p>
      <w:r>
        <w:t>PAGE 2 — SCREENING ACKNOWLEDGMENT</w:t>
      </w:r>
    </w:p>
    <w:p>
      <w:r>
        <w:rPr>
          <w:b/>
          <w:sz w:val="24"/>
        </w:rPr>
        <w:t>Screening Questions</w:t>
      </w:r>
    </w:p>
    <w:p>
      <w:r>
        <w:rPr>
          <w:b/>
        </w:rPr>
        <w:t xml:space="preserve">Have you ever been convicted of a violent offense? </w:t>
      </w:r>
      <w:r>
        <w:t>☐ Yes   ☐ No</w:t>
      </w:r>
    </w:p>
    <w:p>
      <w:r>
        <w:rPr>
          <w:b/>
        </w:rPr>
        <w:t xml:space="preserve">Have you ever been convicted of assault? </w:t>
      </w:r>
      <w:r>
        <w:t>☐ Yes   ☐ No</w:t>
      </w:r>
    </w:p>
    <w:p>
      <w:r>
        <w:rPr>
          <w:b/>
        </w:rPr>
        <w:t xml:space="preserve">Have you ever been convicted of sexual offenses? </w:t>
      </w:r>
      <w:r>
        <w:t>☐ Yes   ☐ No</w:t>
      </w:r>
    </w:p>
    <w:p>
      <w:r>
        <w:rPr>
          <w:b/>
        </w:rPr>
        <w:t xml:space="preserve">Have you ever been convicted of child abuse? </w:t>
      </w:r>
      <w:r>
        <w:t>☐ Yes   ☐ No</w:t>
      </w:r>
    </w:p>
    <w:p>
      <w:r>
        <w:rPr>
          <w:b/>
        </w:rPr>
        <w:t xml:space="preserve">Have you ever been convicted of armed robbery? </w:t>
      </w:r>
      <w:r>
        <w:t>☐ Yes   ☐ No</w:t>
      </w:r>
    </w:p>
    <w:p>
      <w:r>
        <w:rPr>
          <w:b/>
        </w:rPr>
        <w:t xml:space="preserve">Have you ever been convicted of drug trafficking or distribution? </w:t>
      </w:r>
      <w:r>
        <w:t>☐ Yes   ☐ No</w:t>
      </w:r>
    </w:p>
    <w:p>
      <w:r>
        <w:rPr>
          <w:b/>
        </w:rPr>
        <w:t xml:space="preserve">If yes to any, explain: </w:t>
      </w:r>
      <w:r>
        <w:t>______________________________________________</w:t>
      </w:r>
    </w:p>
    <w:p>
      <w:r>
        <w:rPr>
          <w:b/>
          <w:sz w:val="24"/>
        </w:rPr>
        <w:t>Additional Background Information</w:t>
      </w:r>
    </w:p>
    <w:p>
      <w:r>
        <w:rPr>
          <w:b/>
        </w:rPr>
        <w:t xml:space="preserve">Have you ever been discharged from sober living before?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rPr>
          <w:b/>
        </w:rPr>
        <w:t xml:space="preserve">Have you ever relapsed while in a recovery residence? </w:t>
      </w:r>
      <w:r>
        <w:t>☐ Yes   ☐ No</w:t>
      </w:r>
    </w:p>
    <w:p>
      <w:r>
        <w:rPr>
          <w:b/>
        </w:rPr>
        <w:t xml:space="preserve">If yes, explain: </w:t>
      </w:r>
      <w:r>
        <w:t>______________________________________________</w:t>
      </w:r>
    </w:p>
    <w:p>
      <w:r>
        <w:t>Is there anything else we should know before reviewing your application?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rPr>
          <w:b/>
          <w:sz w:val="24"/>
        </w:rPr>
        <w:t>Consent to Verify Information</w:t>
      </w:r>
    </w:p>
    <w:p>
      <w:r>
        <w:t>I authorize New Purpose Living LLC to verify the information in this application, including references, employment, recovery supports, and legal status when necessary for housing placement.</w:t>
      </w:r>
    </w:p>
    <w:p>
      <w:r>
        <w:rPr>
          <w:b/>
        </w:rPr>
        <w:t xml:space="preserve">Applicant Signature: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p>
      <w:r>
        <w:br w:type="page"/>
      </w:r>
    </w:p>
    <w:p>
      <w:r>
        <w:t>PAGE 3 — WELCOME / INTAKE PACKET</w:t>
      </w:r>
    </w:p>
    <w:p>
      <w:r>
        <w:rPr>
          <w:b/>
          <w:sz w:val="24"/>
        </w:rPr>
        <w:t>Welcome to New Purpose Living LLC</w:t>
      </w:r>
    </w:p>
    <w:p>
      <w:r>
        <w:t>We are glad you are here. Our home is designed to provide a safe, stable, and supportive environment for individuals committed to sobriety, accountability, and personal growth.</w:t>
      </w:r>
    </w:p>
    <w:p>
      <w:r>
        <w:rPr>
          <w:b/>
          <w:sz w:val="24"/>
        </w:rPr>
        <w:t>Purpose of the home</w:t>
      </w:r>
    </w:p>
    <w:p>
      <w:pPr>
        <w:pStyle w:val="ListBullet"/>
      </w:pPr>
      <w:r>
        <w:t>To support residents in maintaining sobriety.</w:t>
      </w:r>
    </w:p>
    <w:p>
      <w:pPr>
        <w:pStyle w:val="ListBullet"/>
      </w:pPr>
      <w:r>
        <w:t>To encourage responsibility, structure, and healthy habits.</w:t>
      </w:r>
    </w:p>
    <w:p>
      <w:pPr>
        <w:pStyle w:val="ListBullet"/>
      </w:pPr>
      <w:r>
        <w:t>To provide a respectful, drug-free living environment.</w:t>
      </w:r>
    </w:p>
    <w:p>
      <w:pPr>
        <w:pStyle w:val="ListBullet"/>
      </w:pPr>
      <w:r>
        <w:t>To help residents transition into long-term independence.</w:t>
      </w:r>
    </w:p>
    <w:p>
      <w:r>
        <w:rPr>
          <w:b/>
          <w:sz w:val="24"/>
        </w:rPr>
        <w:t>Resident expectations</w:t>
      </w:r>
    </w:p>
    <w:p>
      <w:pPr>
        <w:pStyle w:val="ListBullet"/>
      </w:pPr>
      <w:r>
        <w:t>Remain drug- and alcohol-free.</w:t>
      </w:r>
    </w:p>
    <w:p>
      <w:pPr>
        <w:pStyle w:val="ListBullet"/>
      </w:pPr>
      <w:r>
        <w:t>Follow all house rules.</w:t>
      </w:r>
    </w:p>
    <w:p>
      <w:pPr>
        <w:pStyle w:val="ListBullet"/>
      </w:pPr>
      <w:r>
        <w:t>Submit to random drug and alcohol testing.</w:t>
      </w:r>
    </w:p>
    <w:p>
      <w:pPr>
        <w:pStyle w:val="ListBullet"/>
      </w:pPr>
      <w:r>
        <w:t>Attend recovery meetings as required.</w:t>
      </w:r>
    </w:p>
    <w:p>
      <w:pPr>
        <w:pStyle w:val="ListBullet"/>
      </w:pPr>
      <w:r>
        <w:t>Maintain employment or actively seek employment.</w:t>
      </w:r>
    </w:p>
    <w:p>
      <w:pPr>
        <w:pStyle w:val="ListBullet"/>
      </w:pPr>
      <w:r>
        <w:t>Treat staff, residents, and neighbors with respect.</w:t>
      </w:r>
    </w:p>
    <w:p>
      <w:pPr>
        <w:pStyle w:val="ListBullet"/>
      </w:pPr>
      <w:r>
        <w:t>Keep their room and shared spaces clean.</w:t>
      </w:r>
    </w:p>
    <w:p>
      <w:pPr>
        <w:pStyle w:val="ListBullet"/>
      </w:pPr>
      <w:r>
        <w:t>Pay housing fees on time.</w:t>
      </w:r>
    </w:p>
    <w:p>
      <w:pPr>
        <w:pStyle w:val="ListBullet"/>
      </w:pPr>
      <w:r>
        <w:t>Report relapse, legal issues, or emergencies immediately.</w:t>
      </w:r>
    </w:p>
    <w:p>
      <w:r>
        <w:rPr>
          <w:b/>
        </w:rPr>
        <w:t xml:space="preserve">Smoking/vaping policy: </w:t>
      </w:r>
      <w:r>
        <w:t>______________________________________________</w:t>
      </w:r>
    </w:p>
    <w:p>
      <w:r>
        <w:rPr>
          <w:b/>
        </w:rPr>
        <w:t xml:space="preserve">Curfew time: </w:t>
      </w:r>
      <w:r>
        <w:t>______________________________________________</w:t>
      </w:r>
    </w:p>
    <w:p>
      <w:r>
        <w:rPr>
          <w:b/>
        </w:rPr>
        <w:t xml:space="preserve">Weekend curfew time: </w:t>
      </w:r>
      <w:r>
        <w:t>______________________________________________</w:t>
      </w:r>
    </w:p>
    <w:p>
      <w:r>
        <w:rPr>
          <w:b/>
        </w:rPr>
        <w:t xml:space="preserve">Visitors allowed? If yes, hours and rules: </w:t>
      </w:r>
      <w:r>
        <w:t>______________________________________________</w:t>
      </w:r>
    </w:p>
    <w:p>
      <w:r>
        <w:br w:type="page"/>
      </w:r>
    </w:p>
    <w:p>
      <w:r>
        <w:t>PAGE 4 — HOUSE RULES</w:t>
      </w:r>
    </w:p>
    <w:p>
      <w:r>
        <w:rPr>
          <w:b/>
          <w:sz w:val="24"/>
        </w:rPr>
        <w:t>House Rules</w:t>
      </w:r>
    </w:p>
    <w:p>
      <w:r>
        <w:t>1. No alcohol or illegal drugs on or off the property while residing here.</w:t>
      </w:r>
    </w:p>
    <w:p>
      <w:r>
        <w:t>2. No drug paraphernalia, weapons, violence, theft, or threats.</w:t>
      </w:r>
    </w:p>
    <w:p>
      <w:r>
        <w:t>3. No tampering with drug or alcohol testing.</w:t>
      </w:r>
    </w:p>
    <w:p>
      <w:r>
        <w:t>4. No overnight guests without permission.</w:t>
      </w:r>
    </w:p>
    <w:p>
      <w:r>
        <w:t>5. No disrespect, intimidation, fighting, or harassment.</w:t>
      </w:r>
    </w:p>
    <w:p>
      <w:r>
        <w:t>6. Quiet hours must be followed.</w:t>
      </w:r>
    </w:p>
    <w:p>
      <w:r>
        <w:t>7. All residents are responsible for keeping shared areas clean.</w:t>
      </w:r>
    </w:p>
    <w:p>
      <w:r>
        <w:t>8. Residents must communicate honestly with staff.</w:t>
      </w:r>
    </w:p>
    <w:p>
      <w:r>
        <w:t>9. Residents must follow assigned chores and meeting requirements.</w:t>
      </w:r>
    </w:p>
    <w:p>
      <w:r>
        <w:t>10. Failure to follow house rules may result in warnings, suspension, or discharge.</w:t>
      </w:r>
    </w:p>
    <w:p>
      <w:r>
        <w:t>Acknowledgment of House Rules</w:t>
      </w:r>
    </w:p>
    <w:p>
      <w:r>
        <w:t>I have read, understood, and agree to follow the house rules of New Purpose Living LLC.</w:t>
      </w:r>
    </w:p>
    <w:p>
      <w:r>
        <w:rPr>
          <w:b/>
        </w:rPr>
        <w:t xml:space="preserve">Resident Signature: </w:t>
      </w:r>
      <w:r>
        <w:t>______________________________________________</w:t>
      </w:r>
    </w:p>
    <w:p>
      <w:r>
        <w:rPr>
          <w:b/>
        </w:rPr>
        <w:t xml:space="preserve">Printed Name: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p>
      <w:r>
        <w:br w:type="page"/>
      </w:r>
    </w:p>
    <w:p>
      <w:r>
        <w:t>PAGE 5 — MEDICATION AND HEALTH</w:t>
      </w:r>
    </w:p>
    <w:p>
      <w:r>
        <w:rPr>
          <w:b/>
          <w:sz w:val="24"/>
        </w:rPr>
        <w:t>Medication Policy</w:t>
      </w:r>
    </w:p>
    <w:p>
      <w:pPr>
        <w:pStyle w:val="ListBullet"/>
      </w:pPr>
      <w:r>
        <w:t>All medications must be disclosed at intake.</w:t>
      </w:r>
    </w:p>
    <w:p>
      <w:pPr>
        <w:pStyle w:val="ListBullet"/>
      </w:pPr>
      <w:r>
        <w:t>Prescription medication must be taken as directed.</w:t>
      </w:r>
    </w:p>
    <w:p>
      <w:pPr>
        <w:pStyle w:val="ListBullet"/>
      </w:pPr>
      <w:r>
        <w:t>Medications may need to be stored securely.</w:t>
      </w:r>
    </w:p>
    <w:p>
      <w:pPr>
        <w:pStyle w:val="ListBullet"/>
      </w:pPr>
      <w:r>
        <w:t>Residents must not share medications.</w:t>
      </w:r>
    </w:p>
    <w:p>
      <w:pPr>
        <w:pStyle w:val="ListBullet"/>
      </w:pPr>
      <w:r>
        <w:t>Any change in medication must be reported.</w:t>
      </w:r>
    </w:p>
    <w:p>
      <w:r>
        <w:rPr>
          <w:b/>
          <w:sz w:val="24"/>
        </w:rPr>
        <w:t>Health Emergency Information</w:t>
      </w:r>
    </w:p>
    <w:p>
      <w:r>
        <w:rPr>
          <w:b/>
        </w:rPr>
        <w:t xml:space="preserve">Primary doctor: </w:t>
      </w:r>
      <w:r>
        <w:t>______________________________________________</w:t>
      </w:r>
    </w:p>
    <w:p>
      <w:r>
        <w:rPr>
          <w:b/>
        </w:rPr>
        <w:t xml:space="preserve">Clinic/office phone: </w:t>
      </w:r>
      <w:r>
        <w:t>______________________________________________</w:t>
      </w:r>
    </w:p>
    <w:p>
      <w:r>
        <w:rPr>
          <w:b/>
        </w:rPr>
        <w:t xml:space="preserve">Preferred hospital: </w:t>
      </w:r>
      <w:r>
        <w:t>______________________________________________</w:t>
      </w:r>
    </w:p>
    <w:p>
      <w:r>
        <w:rPr>
          <w:b/>
        </w:rPr>
        <w:t xml:space="preserve">Allergies: </w:t>
      </w:r>
      <w:r>
        <w:t>______________________________________________</w:t>
      </w:r>
    </w:p>
    <w:p>
      <w:r>
        <w:rPr>
          <w:b/>
          <w:sz w:val="24"/>
        </w:rPr>
        <w:t>Medical Emergency Authorization</w:t>
      </w:r>
    </w:p>
    <w:p>
      <w:r>
        <w:t>In the event of an emergency, I authorize staff to seek emergency medical care if needed.</w:t>
      </w:r>
    </w:p>
    <w:p>
      <w:r>
        <w:rPr>
          <w:b/>
        </w:rPr>
        <w:t xml:space="preserve">Resident Signature: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p>
      <w:r>
        <w:br w:type="page"/>
      </w:r>
    </w:p>
    <w:p>
      <w:r>
        <w:t>PAGE 6 — RELEASE OF INFORMATION</w:t>
      </w:r>
    </w:p>
    <w:p>
      <w:r>
        <w:rPr>
          <w:b/>
          <w:sz w:val="24"/>
        </w:rPr>
        <w:t>Release of Information</w:t>
      </w:r>
    </w:p>
    <w:p>
      <w:r>
        <w:t>I authorize New Purpose Living LLC to communicate with the following, as needed for housing placement and ongoing recovery support:</w:t>
      </w:r>
    </w:p>
    <w:p>
      <w:pPr>
        <w:pStyle w:val="ListBullet"/>
      </w:pPr>
      <w:r>
        <w:t>Treatment providers.</w:t>
      </w:r>
    </w:p>
    <w:p>
      <w:pPr>
        <w:pStyle w:val="ListBullet"/>
      </w:pPr>
      <w:r>
        <w:t>Probation or parole officers.</w:t>
      </w:r>
    </w:p>
    <w:p>
      <w:pPr>
        <w:pStyle w:val="ListBullet"/>
      </w:pPr>
      <w:r>
        <w:t>Sponsors or recovery supports.</w:t>
      </w:r>
    </w:p>
    <w:p>
      <w:pPr>
        <w:pStyle w:val="ListBullet"/>
      </w:pPr>
      <w:r>
        <w:t>Employers.</w:t>
      </w:r>
    </w:p>
    <w:p>
      <w:pPr>
        <w:pStyle w:val="ListBullet"/>
      </w:pPr>
      <w:r>
        <w:t>Medical providers.</w:t>
      </w:r>
    </w:p>
    <w:p>
      <w:pPr>
        <w:pStyle w:val="ListBullet"/>
      </w:pPr>
      <w:r>
        <w:t>Other approved contacts.</w:t>
      </w:r>
    </w:p>
    <w:p>
      <w:r>
        <w:rPr>
          <w:b/>
        </w:rPr>
        <w:t xml:space="preserve">Name(s) of approved contacts: </w:t>
      </w:r>
      <w:r>
        <w:t>______________________________________________</w:t>
      </w:r>
    </w:p>
    <w:p>
      <w:r>
        <w:rPr>
          <w:b/>
        </w:rPr>
        <w:t xml:space="preserve">Resident Signature: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p>
      <w:r>
        <w:br w:type="page"/>
      </w:r>
    </w:p>
    <w:p>
      <w:r>
        <w:t>PAGE 7 — FINAL AGREEMENT</w:t>
      </w:r>
    </w:p>
    <w:p>
      <w:r>
        <w:t>I understand that this sober living home is not a treatment facility, but a recovery-oriented residence. I understand that acceptance and continued residence depend on compliance with all rules, payment requirements, and safe behavior.</w:t>
      </w:r>
    </w:p>
    <w:p>
      <w:r>
        <w:t>I understand that false information on this packet may result in denial or discharge. I also understand that completion of this packet does not guarantee admission.</w:t>
      </w:r>
    </w:p>
    <w:p>
      <w:r>
        <w:rPr>
          <w:b/>
        </w:rPr>
        <w:t xml:space="preserve">Resident Signature: </w:t>
      </w:r>
      <w:r>
        <w:t>______________________________________________</w:t>
      </w:r>
    </w:p>
    <w:p>
      <w:r>
        <w:rPr>
          <w:b/>
        </w:rPr>
        <w:t xml:space="preserve">Printed Name: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sectPr w:rsidR="00FC693F" w:rsidRPr="0006063C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